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המפה: כותרת, קנה מידה, מקרא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מרחקים לפי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מפות שונים (פיזית, מדינית)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היחס בין מרחק במפה למרחק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רשימת הסמלים ופירושם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הרים, נהרות ושטח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גבולות מדינות וערים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לאן פונה כיוון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המרחק הישר בין שתי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למדוד בה מרחק קו אווירי ובדרך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מהווים מעין כתובת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מפה יכולה להשתמש בסמלים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בדרך לרוב יש עיקולים כך שהיא ארוכה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חץ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(יחס בין מרחק במפה למרחק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(הסבר על הסמלים 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(מראה הרים ונהרות)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(מראה גבולות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(המרחק הישר בין שתי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כותרת המפה כדי לדעת מה היא מציגה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המקרא כדי להבין את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מאתרים את חץ הצפון כדי להבין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משתמשים בקנה המידה כדי לחשב מרחקים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את המקומות המבוקשים על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ימדוד מרחק בסרגל במפה וישתמש בקנה המידה כדי להמיר למרחק אמיתי בקילומטרים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 אווירי הוא המרחק הישר, מרחק בדרך כולל עיקולים ולכן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שפיזית מראה שטח טבעי ומדינית מראה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שקנה מידה מאפשר לחשב מרחק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שקו אווירי הוא ישר ובדרך יש עיקולים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אטלס או מפה מודפסת לכל זוג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משימת הלוח המקורית כהעשרה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חישוב מרחק בעזרת קנה מידה על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קריאת מפות - איך קוראים כותרת, קנה מידה ומקרא, ואיך מחשבים מרחקים בעזרת המפה.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מראה קנה המידה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שם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היחס בין 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כיוון 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שנת הכנת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במקרא של 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הסמלים ופירושם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 הכבישים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הדפסת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מפה פיזית מראה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הרים, נהרות ושטח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מפה מדינית מראה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סוגי צמחייה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גבהים של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גבולות מדינות וערים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חץ הצפון במפה עוזר לנו: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קנה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לאן פונה כיוון 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את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את 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מרחק קו אווירי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בדרך המעוקלת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הישר בין שתי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המרחק בין שתי מדינות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הנסיעה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בלוח הבחירה היא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דיגיטלית לא יכולה למדוד מרחקים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רוחב וקו אורך עוזרים לאתר מקום מדויק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מפה המקרא זהה לכל מפה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בדרך תמיד זהה למרחק קו אווירי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היחס בין מרחק במפה למרחק האמיתי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הסמלים במפה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מפה שמראה הרים ונהרות נקראת מפה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מפה שמראה גבולות מדינות נקראת מפה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הסימן שמראה לאן פונה צפון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מראה גבולות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הרים ונהרות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 פיזית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המרחק הישר בין שתי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יחס בין מרחק במפה למרחק בשטח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אווירי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הסבר על הסמלים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מאתרים את חץ הצפון כדי להבין כיוונים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המקומות המבוקשים על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בקנה המידה כדי לחשב מרחקים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המקרא כדי להבין את הסמלים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כותרת המפה כדי לדעת מה היא מציגה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בעזרת קנה המידה, חשבו את המרחק בין ירושלים לתל אביב במפת ישראל.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מרחק קו אווירי למרחק בדרך, עם דוגמה מהבית לבית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מפה פיזית למפה 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משמש קנה המידה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קו אווירי למרחק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מפות וסימניהן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