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לוחות בחירה – למידה דיפרנציאלית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קריאת מפות וסימניהן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מרכיבי המפה: כותרת, קנה מידה, מקרא וסמלים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 מרחקים לפי קנה 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סוגי מפות שונים (פיזית, מדינית)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את היחס בין מרחק במפה למרחק האמיתי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רשימת הסמלים ופירושם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הרים, נהרות ושטח טבעי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גבולות מדינות וערים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לדעת לאן פונה כיוון צפון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המרחק הישר בין שתי נקודות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נכתב בהוראות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אפשר למדוד בה מרחק קו אווירי ובדרך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הם מהווים מעין כתובת גלובלית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כל מפה יכולה להשתמש בסמלים 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בדרך לרוב יש עיקולים כך שהיא ארוכה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קנה 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פיזית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מדינית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חץ צפון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(יחס בין מרחק במפה למרחק בשטח)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(הסבר על הסמלים במפה)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(מראה הרים ונהרות)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(מראה גבולות מדינות)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(המרחק הישר בין שתי נקודות)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שלבים בקריאת 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כותרת המפה כדי לדעת מה היא מציגה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בודקים את המקרא כדי להבין את הסמלים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מאתרים את חץ הצפון כדי להבין כיוונים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משתמשים בקנה המידה כדי לחשב מרחקים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מוצאים את המקומות המבוקשים על המפה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ימדוד מרחק בסרגל במפה וישתמש בקנה המידה כדי להמיר למרחק אמיתי בקילומטרים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 אווירי הוא המרחק הישר, מרחק בדרך כולל עיקולים ולכן ארוך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מזהה שפיזית מראה שטח טבעי ומדינית מראה גבולות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מסביר שקנה מידה מאפשר לחשב מרחק אמיתי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מסביר שקו אווירי הוא ישר ובדרך יש עיקולים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להביא אטלס או מפה מודפסת לכל זוג 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את משימת הלוח המקורית כהעשרה לאחר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חישוב מרחק בעזרת קנה מידה על הלוח לפני העבודה העצמאית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לוחות בחירה – למידה דיפרנציאלית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קריאת מפות וסימניהן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לקרוא מפה: כותרת, קנה מידה, מקרא וסימנים. גם נתרגל למדוד מרחק במפה.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קנה מידה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היחס בין מרחק במפה למרחק האמיתי בשטח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מקרא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רשימת הסמלים במפה והסבר מה כל אחד מסמן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חץ צפון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במפה שמראה לאן פונה כיוון צפון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מפה פיזית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מפה שמראה הרים, נהרות ושטח טבעי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מפה מדינית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מפה שמראה גבולות מדינות וערים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 רוחב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 דמיוני שמראה מרחק מקו המשווה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 אורך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 דמיוני שמראה מרחק ממזרח או ממערב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 אווירי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המרחק הישר בין שתי נקודות, בלי להתחשב בדרך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קנה מידה עוזר לנו לדעת...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שם המפה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היחס בין מרחק במפה למרחק האמיתי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כיוון הצפון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שנת הכנת המפה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מקרא זה...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רשימת הסמלים ופירושם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שמות הכבישים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תאריך הדפסת המפה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רואים במפה פיזית?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גבולות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הרים, נהרות ושטח טבעי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מספרי בתים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שמות רחובות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רואים במפה מדינית?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סוגי צמחייה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גבהים של הרים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גבולות מדינות וערים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כמות משקעים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משמש חץ הצפון?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לדעת את קנה המידה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לדעת לאן פונה כיוון צפון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לדעת את שם היוצר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לדעת את המחיר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זה קו אווירי?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המרחק בדרך המעוקלת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המרחק הישר בין שתי נקודות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המרחק בין שתי מדינות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זמן הנסיעה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המשבצת האמצעית בלוח הבחירה היא תמיד חובה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מפה דיגיטלית לא יכולה למדוד מרחקים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 רוחב וקו אורך עוזרים לאתר מקום מדויק בעולם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מפה המקרא זהה לכל מפה אחרת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מרחק בדרך תמיד זהה למרחק קו אווירי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היחס בין מרחק במפה למרחק האמיתי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רשימת הסמלים במפה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מפה שמראה הרים ונהרות נקראת מפה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מפה שמראה גבולות מדינות נקראת מפה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הסימן שמראה לאן פונה צפון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קנה מידה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המרחק הישר בין שתי נקודות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מקרא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מראה גבולות מדינות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מפה פיזית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הסבר על הסמלים במפה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מפה מדינית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מראה הרים ונהרות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קו אווירי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יחס בין מרחק במפה למרחק בשטח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שלבים בקריאת מפה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את המקרא כדי להבין את הסמלים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מוצאים את המקומות המבוקשים על המפה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משתמשים בקנה המידה כדי לחשב מרחקים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מאתרים את חץ הצפון כדי להבין כיוונים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כותרת המפה כדי לדעת מה היא מציגה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בעזרת קנה המידה, חשבו את המרחק בין ירושלים לתל אביב במפת ישראל. הסבירו איך חישבתם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מה ההבדל בין מרחק קו אווירי למרחק בדרך, עם דוגמה מהבית לבית הספר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מפה פיזית למפה מדינית?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משמש קנה המידה במפה?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מרחק קו אווירי למרחק בדרך?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קריאת מפות וסימניהן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