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מפות וסימניהן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המפה: כותרת, קנה מידה, מקרא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מרחקים לפי קנה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מפות שונים (פיזית, מדינית)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היחס בין מרחק במפה למרחק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רשימת הסמלים ופירושם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הרים, נהרות ושטח טבעי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בהוראות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למדוד בה מרחק קו אווירי ובדרך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קנה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(יחס בין מרחק במפה למרחק בשטח)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(הסבר על הסמלים במפה)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(מראה הרים ונהרות)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(מראה גבולות 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שלבים בקריאת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כותרת המפה כדי לדעת מה היא מציגה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את המקרא כדי להבין את הסמלים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מאתרים את חץ הצפון כדי להבין 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משתמשים בקנה המידה כדי לחשב מרחקים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 אווירי הוא המרחק הישר, מרחק בדרך כולל עיקולים ולכן ארוך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שפיזית מראה שטח טבעי ומדינית מראה 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שקנה מידה מאפשר לחשב מרחק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שקו אווירי הוא ישר ובדרך יש עיקולים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אטלס או מפה מודפסת לכל זוג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משימת הלוח המקורית כהעשרה לאחר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חישוב מרחק בעזרת קנה מידה על הלוח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מפות וסימניהן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קריאת מפות - איך קוראים כותרת, קנה מידה ומקרא, ואיך מחשבים מרחקים בעזרת המפה.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מקרא  ·  פיזית  ·  קנה מידה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מראה קנה המידה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שם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היחס בין מרחק במפה למרחק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כיוון הצפון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מופיע במקרא של 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הסמלים ופירושם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שמות הכבישים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תאריך הדפסת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מפה פיזית מראה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גבולות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הרים, נהרות ושטח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מספרי בתים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המשבצת האמצעית בלוח הבחירה היא תמיד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מפה דיגיטלית לא יכולה למדוד מרחקים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היחס בין מרחק במפה למרחק האמיתי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רשימת הסמלים במפה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מפה שמראה הרים ונהרות נקראת מפה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קנה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הסבר על הסמלים במפה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יחס בין מרחק במפה למרחק בשטח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מפה פיזית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מראה גבולות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מפה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מראה הרים ונהרות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שלבים בקריאת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את המקרא כדי להבין את הסמלים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כותרת המפה כדי לדעת מה היא מציגה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משתמשים בקנה המידה כדי לחשב מרחקים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מאתרים את חץ הצפון כדי להבין כיוונים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 ההבדל בין מרחק קו אווירי למרחק בדרך, עם דוגמה מהבית לבית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מפה פיזית למפה מדינית?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משמש קנה המידה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מפות וסימניהן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